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Ausgabe und Begünstigung prüfen</w:t>
      </w:r>
    </w:p>
    <w:p>
      <w:r>
        <w:t>Naturschutzverein | Biotoppflege mit anschließendem Bildungsangebot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konkrete Ausgabe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Leistung Empfänger und Betrag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Vereinsauftrag und Satzungsbezug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Mittelquelle und Zweckbindung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Private Anteile und Abgrenzung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Aufwand Zuwendung oder Vergütung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Vorliegende Belege und offene Frage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Entscheidung durch und Datum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Schutzziel und interne Projektkennung: __________________________________________________</w:t>
      </w:r>
    </w:p>
    <w:p>
      <w:r>
        <w:t>Zuschussbindung und vertrauliche Fachunterlagen: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Vereinsauftrag, privaten Anteil und tatsächliche Mittelbindung klären. Keine pauschale Erstattung oder Geschenkgrenze. Der Bogen ersetzt weder die zuständige Entscheidung noch deren steuerrechtliche Voraussetzungen.</w:t>
      </w:r>
    </w:p>
    <w:p>
      <w:r>
        <w:rPr>
          <w:sz w:val="16"/>
        </w:rPr>
        <w:t xml:space="preserve">Quelle und vollständiger Gesetzestext § 55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NAT-GESETZ-MITTEL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